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Согласие на обработку персональных данных</w:t>
      </w:r>
    </w:p>
    <w:p/>
    <w:p>
      <w:r>
        <w:t>Наименование организации: ______________________________________</w:t>
      </w:r>
    </w:p>
    <w:p>
      <w:r>
        <w:t>ИНН / ОГРН: ____________________________________________________</w:t>
      </w:r>
    </w:p>
    <w:p>
      <w:r>
        <w:t>Адрес: _________________________________________________________</w:t>
      </w:r>
    </w:p>
    <w:p>
      <w:r>
        <w:t>Ф. И. О. руководителя: _________________________________________</w:t>
      </w:r>
    </w:p>
    <w:p>
      <w:r>
        <w:t>Должность: _____________________________________________________</w:t>
      </w:r>
    </w:p>
    <w:p/>
    <w:p>
      <w:r>
        <w:t>Подтверждаю, что от субъекта персональных данных — владельца паспорта — получено письменное согласие на обработку его персональных данных оператором платформы и на передачу этих данных банкам-партнёрам (перечень банков — приложением к форме согласия) в целях получения банковской гарантии. Подписанный оригинал согласия хранится у клиента и предоставляется по запросу.</w:t>
      </w:r>
    </w:p>
    <w:p/>
    <w:p>
      <w:r>
        <w:t>Дата: «____» ______________ 20____ г.</w:t>
      </w:r>
    </w:p>
    <w:p>
      <w:r>
        <w:t>Подпись руководителя: ______________________ / ______________________</w:t>
      </w:r>
    </w:p>
    <w:p>
      <w:r>
        <w:t>М. П.</w:t>
      </w:r>
    </w:p>
    <w:p/>
    <w:p>
      <w:r>
        <w:rPr>
          <w:i/>
          <w:sz w:val="18"/>
        </w:rPr>
        <w:t>Черновик — до утверждённого текста Кирилла Каркаева (юр. блок). Подменяется файлом без правки кода.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